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6CE5C" w14:textId="77777777" w:rsidR="00E91C16" w:rsidRPr="00830CDB" w:rsidRDefault="00595C0A">
      <w:pPr>
        <w:pStyle w:val="Title"/>
      </w:pPr>
      <w:r w:rsidRPr="00830CDB">
        <w:t>Sports Premium Action Plan 2025–2026</w:t>
      </w:r>
    </w:p>
    <w:p w14:paraId="5D874F99" w14:textId="77777777" w:rsidR="00E91C16" w:rsidRPr="00830CDB" w:rsidRDefault="00595C0A">
      <w:r w:rsidRPr="00830CDB">
        <w:t>Total Budget: £16,630</w:t>
      </w:r>
    </w:p>
    <w:tbl>
      <w:tblPr>
        <w:tblStyle w:val="TableGrid"/>
        <w:tblW w:w="11055" w:type="dxa"/>
        <w:tblLook w:val="04A0" w:firstRow="1" w:lastRow="0" w:firstColumn="1" w:lastColumn="0" w:noHBand="0" w:noVBand="1"/>
      </w:tblPr>
      <w:tblGrid>
        <w:gridCol w:w="2211"/>
        <w:gridCol w:w="2211"/>
        <w:gridCol w:w="2211"/>
        <w:gridCol w:w="2211"/>
        <w:gridCol w:w="2211"/>
      </w:tblGrid>
      <w:tr w:rsidR="00E91C16" w:rsidRPr="00830CDB" w14:paraId="7354D9C7" w14:textId="77777777" w:rsidTr="00C1532E">
        <w:tc>
          <w:tcPr>
            <w:tcW w:w="2211" w:type="dxa"/>
          </w:tcPr>
          <w:p w14:paraId="2B0598EB" w14:textId="77777777" w:rsidR="00E91C16" w:rsidRPr="00830CDB" w:rsidRDefault="00595C0A">
            <w:r w:rsidRPr="00830CDB">
              <w:t>Focus Area</w:t>
            </w:r>
          </w:p>
        </w:tc>
        <w:tc>
          <w:tcPr>
            <w:tcW w:w="2211" w:type="dxa"/>
          </w:tcPr>
          <w:p w14:paraId="10C83E46" w14:textId="77777777" w:rsidR="00E91C16" w:rsidRPr="00830CDB" w:rsidRDefault="00595C0A">
            <w:r w:rsidRPr="00830CDB">
              <w:t>Actions</w:t>
            </w:r>
          </w:p>
        </w:tc>
        <w:tc>
          <w:tcPr>
            <w:tcW w:w="2211" w:type="dxa"/>
          </w:tcPr>
          <w:p w14:paraId="6D09C12B" w14:textId="77777777" w:rsidR="00E91C16" w:rsidRPr="00830CDB" w:rsidRDefault="00595C0A">
            <w:r w:rsidRPr="00830CDB">
              <w:t>Resources / Costs</w:t>
            </w:r>
          </w:p>
        </w:tc>
        <w:tc>
          <w:tcPr>
            <w:tcW w:w="2211" w:type="dxa"/>
          </w:tcPr>
          <w:p w14:paraId="2A44823D" w14:textId="77777777" w:rsidR="00E91C16" w:rsidRPr="00830CDB" w:rsidRDefault="00595C0A">
            <w:r w:rsidRPr="00830CDB">
              <w:t>Impact</w:t>
            </w:r>
          </w:p>
        </w:tc>
        <w:tc>
          <w:tcPr>
            <w:tcW w:w="2211" w:type="dxa"/>
          </w:tcPr>
          <w:p w14:paraId="21451C21" w14:textId="77777777" w:rsidR="00E91C16" w:rsidRPr="00830CDB" w:rsidRDefault="00595C0A">
            <w:r w:rsidRPr="00830CDB">
              <w:t>Budget Allocation</w:t>
            </w:r>
          </w:p>
        </w:tc>
      </w:tr>
      <w:tr w:rsidR="00E91C16" w:rsidRPr="00830CDB" w14:paraId="64BF60D8" w14:textId="77777777" w:rsidTr="00C1532E">
        <w:tc>
          <w:tcPr>
            <w:tcW w:w="2211" w:type="dxa"/>
          </w:tcPr>
          <w:p w14:paraId="1933A58D" w14:textId="77777777" w:rsidR="00E91C16" w:rsidRPr="00830CDB" w:rsidRDefault="00595C0A">
            <w:r w:rsidRPr="00830CDB">
              <w:t>1. Lunchtime &amp; Breaktime Physical Activity</w:t>
            </w:r>
          </w:p>
        </w:tc>
        <w:tc>
          <w:tcPr>
            <w:tcW w:w="2211" w:type="dxa"/>
          </w:tcPr>
          <w:p w14:paraId="6D62C83E" w14:textId="460ABDC0" w:rsidR="00E91C16" w:rsidRPr="00830CDB" w:rsidRDefault="00595C0A">
            <w:r w:rsidRPr="00830CDB">
              <w:t>- Purchase equipment</w:t>
            </w:r>
            <w:r w:rsidRPr="00830CDB">
              <w:br/>
              <w:t>- Create active zones</w:t>
            </w:r>
            <w:r w:rsidRPr="00830CDB">
              <w:br/>
              <w:t>- Sports Leaders</w:t>
            </w:r>
          </w:p>
        </w:tc>
        <w:tc>
          <w:tcPr>
            <w:tcW w:w="2211" w:type="dxa"/>
          </w:tcPr>
          <w:p w14:paraId="01A8F14E" w14:textId="793A6ED5" w:rsidR="00E91C16" w:rsidRPr="00830CDB" w:rsidRDefault="00595C0A">
            <w:r w:rsidRPr="00830CDB">
              <w:t>- Equipment: £</w:t>
            </w:r>
            <w:r w:rsidR="00C07C75" w:rsidRPr="00830CDB">
              <w:t>3</w:t>
            </w:r>
            <w:r w:rsidRPr="00830CDB">
              <w:t>,200</w:t>
            </w:r>
            <w:r w:rsidRPr="00830CDB">
              <w:br/>
              <w:t>- Training</w:t>
            </w:r>
            <w:r w:rsidR="00C1532E" w:rsidRPr="00830CDB">
              <w:t xml:space="preserve">: </w:t>
            </w:r>
            <w:r w:rsidRPr="00830CDB">
              <w:t>£400</w:t>
            </w:r>
            <w:r w:rsidRPr="00830CDB">
              <w:br/>
              <w:t>- Storage: £400</w:t>
            </w:r>
          </w:p>
        </w:tc>
        <w:tc>
          <w:tcPr>
            <w:tcW w:w="2211" w:type="dxa"/>
          </w:tcPr>
          <w:p w14:paraId="493DFDB3" w14:textId="77777777" w:rsidR="00E91C16" w:rsidRPr="00830CDB" w:rsidRDefault="00595C0A">
            <w:r w:rsidRPr="00830CDB">
              <w:t>- More active play</w:t>
            </w:r>
            <w:r w:rsidRPr="00830CDB">
              <w:br/>
              <w:t>- Better behaviour</w:t>
            </w:r>
            <w:r w:rsidRPr="00830CDB">
              <w:br/>
              <w:t>- Leadership opportunities</w:t>
            </w:r>
          </w:p>
        </w:tc>
        <w:tc>
          <w:tcPr>
            <w:tcW w:w="2211" w:type="dxa"/>
          </w:tcPr>
          <w:p w14:paraId="6A3A96FD" w14:textId="0733BC7C" w:rsidR="00E91C16" w:rsidRPr="00830CDB" w:rsidRDefault="00595C0A">
            <w:r w:rsidRPr="00830CDB">
              <w:t>£</w:t>
            </w:r>
            <w:r w:rsidR="00C07C75" w:rsidRPr="00830CDB">
              <w:t>4</w:t>
            </w:r>
            <w:r w:rsidRPr="00830CDB">
              <w:t>,000</w:t>
            </w:r>
          </w:p>
        </w:tc>
      </w:tr>
      <w:tr w:rsidR="00E91C16" w:rsidRPr="00830CDB" w14:paraId="174FF419" w14:textId="77777777" w:rsidTr="00C1532E">
        <w:tc>
          <w:tcPr>
            <w:tcW w:w="2211" w:type="dxa"/>
          </w:tcPr>
          <w:p w14:paraId="1CF31EC1" w14:textId="77777777" w:rsidR="00E91C16" w:rsidRPr="00830CDB" w:rsidRDefault="00595C0A">
            <w:r w:rsidRPr="00830CDB">
              <w:t>2. Outdoor Physical Activity</w:t>
            </w:r>
          </w:p>
        </w:tc>
        <w:tc>
          <w:tcPr>
            <w:tcW w:w="2211" w:type="dxa"/>
          </w:tcPr>
          <w:p w14:paraId="35EF9540" w14:textId="47662B09" w:rsidR="00E91C16" w:rsidRPr="00830CDB" w:rsidRDefault="00595C0A">
            <w:r w:rsidRPr="00830CDB">
              <w:t>- Install outdoor trail or markings</w:t>
            </w:r>
            <w:r w:rsidR="00C1532E" w:rsidRPr="00830CDB">
              <w:t xml:space="preserve"> </w:t>
            </w:r>
            <w:r w:rsidRPr="00830CDB">
              <w:br/>
              <w:t>- Provide active learning resources</w:t>
            </w:r>
            <w:r w:rsidRPr="00830CDB">
              <w:br/>
              <w:t>- Outdoor PE</w:t>
            </w:r>
            <w:r w:rsidR="00C1532E" w:rsidRPr="00830CDB">
              <w:t xml:space="preserve"> CPD </w:t>
            </w:r>
          </w:p>
        </w:tc>
        <w:tc>
          <w:tcPr>
            <w:tcW w:w="2211" w:type="dxa"/>
          </w:tcPr>
          <w:p w14:paraId="433D8880" w14:textId="2E87CB05" w:rsidR="00E91C16" w:rsidRPr="00830CDB" w:rsidRDefault="00595C0A">
            <w:r w:rsidRPr="00830CDB">
              <w:t>- Trail/markings: £3,000</w:t>
            </w:r>
            <w:r w:rsidRPr="00830CDB">
              <w:br/>
              <w:t>- Equipment: £800</w:t>
            </w:r>
            <w:r w:rsidRPr="00830CDB">
              <w:br/>
              <w:t xml:space="preserve">- </w:t>
            </w:r>
            <w:r w:rsidR="00C07C75" w:rsidRPr="00830CDB">
              <w:t>CPD:</w:t>
            </w:r>
            <w:r w:rsidRPr="00830CDB">
              <w:t xml:space="preserve"> £400</w:t>
            </w:r>
          </w:p>
        </w:tc>
        <w:tc>
          <w:tcPr>
            <w:tcW w:w="2211" w:type="dxa"/>
          </w:tcPr>
          <w:p w14:paraId="2AAA5E95" w14:textId="77777777" w:rsidR="00E91C16" w:rsidRPr="00830CDB" w:rsidRDefault="00595C0A">
            <w:r w:rsidRPr="00830CDB">
              <w:t>- Daily outdoor activity</w:t>
            </w:r>
            <w:r w:rsidRPr="00830CDB">
              <w:br/>
              <w:t>- Curriculum enrichment</w:t>
            </w:r>
            <w:r w:rsidRPr="00830CDB">
              <w:br/>
              <w:t>- Boosted physical skills</w:t>
            </w:r>
          </w:p>
        </w:tc>
        <w:tc>
          <w:tcPr>
            <w:tcW w:w="2211" w:type="dxa"/>
          </w:tcPr>
          <w:p w14:paraId="64FB49ED" w14:textId="77777777" w:rsidR="00E91C16" w:rsidRPr="00830CDB" w:rsidRDefault="00595C0A">
            <w:r w:rsidRPr="00830CDB">
              <w:t>£4,200</w:t>
            </w:r>
          </w:p>
        </w:tc>
      </w:tr>
      <w:tr w:rsidR="00E91C16" w:rsidRPr="00830CDB" w14:paraId="21E17534" w14:textId="77777777" w:rsidTr="00C1532E">
        <w:tc>
          <w:tcPr>
            <w:tcW w:w="2211" w:type="dxa"/>
          </w:tcPr>
          <w:p w14:paraId="7154253E" w14:textId="77777777" w:rsidR="00E91C16" w:rsidRPr="00830CDB" w:rsidRDefault="00595C0A">
            <w:r w:rsidRPr="00830CDB">
              <w:t>3. Swimming Provision</w:t>
            </w:r>
          </w:p>
        </w:tc>
        <w:tc>
          <w:tcPr>
            <w:tcW w:w="2211" w:type="dxa"/>
          </w:tcPr>
          <w:p w14:paraId="4425A446" w14:textId="77777777" w:rsidR="00E91C16" w:rsidRPr="00830CDB" w:rsidRDefault="00595C0A">
            <w:r w:rsidRPr="00830CDB">
              <w:t>- Fund top-up lessons for Year 6</w:t>
            </w:r>
            <w:r w:rsidRPr="00830CDB">
              <w:br/>
              <w:t>- Staff cover</w:t>
            </w:r>
            <w:r w:rsidRPr="00830CDB">
              <w:br/>
              <w:t>- Provide swimming essentials</w:t>
            </w:r>
          </w:p>
        </w:tc>
        <w:tc>
          <w:tcPr>
            <w:tcW w:w="2211" w:type="dxa"/>
          </w:tcPr>
          <w:p w14:paraId="731BE8DE" w14:textId="780A86F7" w:rsidR="00E91C16" w:rsidRPr="00830CDB" w:rsidRDefault="00595C0A">
            <w:r w:rsidRPr="00830CDB">
              <w:t>- Lessons: £1,500</w:t>
            </w:r>
            <w:r w:rsidRPr="00830CDB">
              <w:br/>
              <w:t>- Staff: £</w:t>
            </w:r>
            <w:r w:rsidR="00C1532E" w:rsidRPr="00830CDB">
              <w:t>7</w:t>
            </w:r>
            <w:r w:rsidRPr="00830CDB">
              <w:t>00</w:t>
            </w:r>
            <w:r w:rsidRPr="00830CDB">
              <w:br/>
            </w:r>
          </w:p>
        </w:tc>
        <w:tc>
          <w:tcPr>
            <w:tcW w:w="2211" w:type="dxa"/>
          </w:tcPr>
          <w:p w14:paraId="10C18BE1" w14:textId="77777777" w:rsidR="00E91C16" w:rsidRPr="00830CDB" w:rsidRDefault="00595C0A">
            <w:r w:rsidRPr="00830CDB">
              <w:t>- More children meet targets</w:t>
            </w:r>
            <w:r w:rsidRPr="00830CDB">
              <w:br/>
              <w:t>- Equity for all</w:t>
            </w:r>
            <w:r w:rsidRPr="00830CDB">
              <w:br/>
              <w:t>- Water safety confidence</w:t>
            </w:r>
          </w:p>
        </w:tc>
        <w:tc>
          <w:tcPr>
            <w:tcW w:w="2211" w:type="dxa"/>
          </w:tcPr>
          <w:p w14:paraId="6C1FFAB2" w14:textId="77777777" w:rsidR="00E91C16" w:rsidRPr="00830CDB" w:rsidRDefault="00595C0A">
            <w:r w:rsidRPr="00830CDB">
              <w:t>£2,200</w:t>
            </w:r>
          </w:p>
        </w:tc>
      </w:tr>
      <w:tr w:rsidR="00E91C16" w:rsidRPr="00830CDB" w14:paraId="0E9A7DD1" w14:textId="77777777" w:rsidTr="00C1532E">
        <w:tc>
          <w:tcPr>
            <w:tcW w:w="2211" w:type="dxa"/>
          </w:tcPr>
          <w:p w14:paraId="615A0D27" w14:textId="77777777" w:rsidR="00E91C16" w:rsidRPr="00830CDB" w:rsidRDefault="00595C0A">
            <w:r w:rsidRPr="00830CDB">
              <w:t>4. Monitoring &amp; Evaluation</w:t>
            </w:r>
          </w:p>
        </w:tc>
        <w:tc>
          <w:tcPr>
            <w:tcW w:w="2211" w:type="dxa"/>
          </w:tcPr>
          <w:p w14:paraId="56B77306" w14:textId="77777777" w:rsidR="00E91C16" w:rsidRPr="00830CDB" w:rsidRDefault="00595C0A">
            <w:r w:rsidRPr="00830CDB">
              <w:t>- Release PE lead &amp; staff</w:t>
            </w:r>
            <w:r w:rsidRPr="00830CDB">
              <w:br/>
              <w:t>- Conduct reviews and pupil voice</w:t>
            </w:r>
          </w:p>
        </w:tc>
        <w:tc>
          <w:tcPr>
            <w:tcW w:w="2211" w:type="dxa"/>
          </w:tcPr>
          <w:p w14:paraId="56C48F8F" w14:textId="51264A83" w:rsidR="00E91C16" w:rsidRPr="00830CDB" w:rsidRDefault="00595C0A">
            <w:r w:rsidRPr="00830CDB">
              <w:t>- Staff cover: £800</w:t>
            </w:r>
            <w:r w:rsidRPr="00830CDB">
              <w:br/>
            </w:r>
          </w:p>
        </w:tc>
        <w:tc>
          <w:tcPr>
            <w:tcW w:w="2211" w:type="dxa"/>
          </w:tcPr>
          <w:p w14:paraId="4DC44DBF" w14:textId="77777777" w:rsidR="00E91C16" w:rsidRPr="00830CDB" w:rsidRDefault="00595C0A">
            <w:r w:rsidRPr="00830CDB">
              <w:t>- More targeted provision</w:t>
            </w:r>
            <w:r w:rsidRPr="00830CDB">
              <w:br/>
              <w:t>- Quality assurance</w:t>
            </w:r>
            <w:r w:rsidRPr="00830CDB">
              <w:br/>
              <w:t>- Strategic development</w:t>
            </w:r>
          </w:p>
        </w:tc>
        <w:tc>
          <w:tcPr>
            <w:tcW w:w="2211" w:type="dxa"/>
          </w:tcPr>
          <w:p w14:paraId="7EE76855" w14:textId="3458E3C2" w:rsidR="00E91C16" w:rsidRPr="00830CDB" w:rsidRDefault="00595C0A">
            <w:r w:rsidRPr="00830CDB">
              <w:t>£</w:t>
            </w:r>
            <w:r w:rsidR="00C07C75" w:rsidRPr="00830CDB">
              <w:t>8</w:t>
            </w:r>
            <w:r w:rsidRPr="00830CDB">
              <w:t>00</w:t>
            </w:r>
          </w:p>
        </w:tc>
      </w:tr>
      <w:tr w:rsidR="00E91C16" w:rsidRPr="00830CDB" w14:paraId="72E3CE20" w14:textId="77777777" w:rsidTr="00C1532E">
        <w:tc>
          <w:tcPr>
            <w:tcW w:w="2211" w:type="dxa"/>
          </w:tcPr>
          <w:p w14:paraId="57D974FE" w14:textId="77777777" w:rsidR="00E91C16" w:rsidRPr="00830CDB" w:rsidRDefault="00595C0A">
            <w:r w:rsidRPr="00830CDB">
              <w:t>5. Supporting Less Active Pupils</w:t>
            </w:r>
          </w:p>
        </w:tc>
        <w:tc>
          <w:tcPr>
            <w:tcW w:w="2211" w:type="dxa"/>
          </w:tcPr>
          <w:p w14:paraId="0E447665" w14:textId="77777777" w:rsidR="00C1532E" w:rsidRPr="00830CDB" w:rsidRDefault="00595C0A">
            <w:r w:rsidRPr="00830CDB">
              <w:t xml:space="preserve">- Targeted </w:t>
            </w:r>
            <w:r w:rsidR="00C1532E" w:rsidRPr="00830CDB">
              <w:t>Games at lunch times</w:t>
            </w:r>
            <w:r w:rsidRPr="00830CDB">
              <w:t xml:space="preserve"> (e.g.</w:t>
            </w:r>
            <w:r w:rsidR="00C1532E" w:rsidRPr="00830CDB">
              <w:t xml:space="preserve"> active games</w:t>
            </w:r>
            <w:r w:rsidRPr="00830CDB">
              <w:t>)</w:t>
            </w:r>
          </w:p>
          <w:p w14:paraId="4C6A2BB5" w14:textId="141D6079" w:rsidR="00E91C16" w:rsidRPr="00830CDB" w:rsidRDefault="00C1532E">
            <w:r w:rsidRPr="00830CDB">
              <w:t>-Clubs?</w:t>
            </w:r>
            <w:r w:rsidR="00595C0A" w:rsidRPr="00830CDB">
              <w:br/>
              <w:t>- Partner coaches</w:t>
            </w:r>
            <w:r w:rsidR="00595C0A" w:rsidRPr="00830CDB">
              <w:br/>
              <w:t>- Track and support participation</w:t>
            </w:r>
            <w:r w:rsidRPr="00830CDB">
              <w:t xml:space="preserve">-Record who the less active are etc. </w:t>
            </w:r>
          </w:p>
        </w:tc>
        <w:tc>
          <w:tcPr>
            <w:tcW w:w="2211" w:type="dxa"/>
          </w:tcPr>
          <w:p w14:paraId="201BAD20" w14:textId="3A1F6D41" w:rsidR="00E91C16" w:rsidRPr="00830CDB" w:rsidRDefault="00595C0A">
            <w:r w:rsidRPr="00830CDB">
              <w:t>- Coaches: £1,</w:t>
            </w:r>
            <w:r w:rsidR="00C07C75" w:rsidRPr="00830CDB">
              <w:t>7</w:t>
            </w:r>
            <w:r w:rsidRPr="00830CDB">
              <w:t>00</w:t>
            </w:r>
          </w:p>
        </w:tc>
        <w:tc>
          <w:tcPr>
            <w:tcW w:w="2211" w:type="dxa"/>
          </w:tcPr>
          <w:p w14:paraId="60CD6D74" w14:textId="77777777" w:rsidR="00E91C16" w:rsidRPr="00830CDB" w:rsidRDefault="00595C0A">
            <w:r w:rsidRPr="00830CDB">
              <w:t>- Increased inclusion</w:t>
            </w:r>
            <w:r w:rsidRPr="00830CDB">
              <w:br/>
              <w:t>- Healthier lifestyles</w:t>
            </w:r>
            <w:r w:rsidRPr="00830CDB">
              <w:br/>
              <w:t>- Improved confidence</w:t>
            </w:r>
          </w:p>
        </w:tc>
        <w:tc>
          <w:tcPr>
            <w:tcW w:w="2211" w:type="dxa"/>
          </w:tcPr>
          <w:p w14:paraId="43ECEA42" w14:textId="74D74FD6" w:rsidR="00E91C16" w:rsidRPr="00830CDB" w:rsidRDefault="00595C0A">
            <w:r w:rsidRPr="00830CDB">
              <w:t>£1,</w:t>
            </w:r>
            <w:r w:rsidR="00C07C75" w:rsidRPr="00830CDB">
              <w:t>7</w:t>
            </w:r>
            <w:r w:rsidRPr="00830CDB">
              <w:t>00</w:t>
            </w:r>
          </w:p>
        </w:tc>
      </w:tr>
      <w:tr w:rsidR="00E91C16" w:rsidRPr="00830CDB" w14:paraId="7E9BC886" w14:textId="77777777" w:rsidTr="00C1532E">
        <w:tc>
          <w:tcPr>
            <w:tcW w:w="2211" w:type="dxa"/>
          </w:tcPr>
          <w:p w14:paraId="28678DE6" w14:textId="77777777" w:rsidR="00E91C16" w:rsidRPr="00830CDB" w:rsidRDefault="00595C0A">
            <w:r w:rsidRPr="00830CDB">
              <w:t>6. Sports Competitions &amp; Events</w:t>
            </w:r>
          </w:p>
        </w:tc>
        <w:tc>
          <w:tcPr>
            <w:tcW w:w="2211" w:type="dxa"/>
          </w:tcPr>
          <w:p w14:paraId="27BB762A" w14:textId="77777777" w:rsidR="00E91C16" w:rsidRPr="00830CDB" w:rsidRDefault="00595C0A">
            <w:r w:rsidRPr="00830CDB">
              <w:t>- Enter School Games</w:t>
            </w:r>
            <w:r w:rsidRPr="00830CDB">
              <w:br/>
              <w:t>- Attend inter-school events</w:t>
            </w:r>
            <w:r w:rsidRPr="00830CDB">
              <w:br/>
              <w:t>- Cover travel and kit needs</w:t>
            </w:r>
          </w:p>
        </w:tc>
        <w:tc>
          <w:tcPr>
            <w:tcW w:w="2211" w:type="dxa"/>
          </w:tcPr>
          <w:p w14:paraId="5DB0F948" w14:textId="36D867D1" w:rsidR="00E91C16" w:rsidRPr="00830CDB" w:rsidRDefault="00595C0A">
            <w:r w:rsidRPr="00830CDB">
              <w:t>- Transport: £</w:t>
            </w:r>
            <w:r w:rsidR="00C07C75" w:rsidRPr="00830CDB">
              <w:t>1,200</w:t>
            </w:r>
            <w:r w:rsidRPr="00830CDB">
              <w:br/>
              <w:t>- Staff: £300</w:t>
            </w:r>
            <w:r w:rsidRPr="00830CDB">
              <w:br/>
              <w:t xml:space="preserve">- </w:t>
            </w:r>
            <w:r w:rsidR="00C07C75" w:rsidRPr="00830CDB">
              <w:t xml:space="preserve">Competition costs: </w:t>
            </w:r>
            <w:r w:rsidRPr="00830CDB">
              <w:t>£</w:t>
            </w:r>
            <w:r w:rsidR="00C07C75" w:rsidRPr="00830CDB">
              <w:t>430</w:t>
            </w:r>
          </w:p>
        </w:tc>
        <w:tc>
          <w:tcPr>
            <w:tcW w:w="2211" w:type="dxa"/>
          </w:tcPr>
          <w:p w14:paraId="695818B2" w14:textId="77777777" w:rsidR="00E91C16" w:rsidRPr="00830CDB" w:rsidRDefault="00595C0A">
            <w:r w:rsidRPr="00830CDB">
              <w:t>- Increased competitive sport</w:t>
            </w:r>
            <w:r w:rsidRPr="00830CDB">
              <w:br/>
              <w:t>- Teamwork and resilience</w:t>
            </w:r>
            <w:r w:rsidRPr="00830CDB">
              <w:br/>
              <w:t>- Raised school profile</w:t>
            </w:r>
          </w:p>
        </w:tc>
        <w:tc>
          <w:tcPr>
            <w:tcW w:w="2211" w:type="dxa"/>
          </w:tcPr>
          <w:p w14:paraId="73B840D3" w14:textId="3197DC66" w:rsidR="00E91C16" w:rsidRPr="00830CDB" w:rsidRDefault="00595C0A">
            <w:r w:rsidRPr="00830CDB">
              <w:t>£1,</w:t>
            </w:r>
            <w:r w:rsidR="00C07C75" w:rsidRPr="00830CDB">
              <w:t>7</w:t>
            </w:r>
            <w:r w:rsidRPr="00830CDB">
              <w:t>30</w:t>
            </w:r>
          </w:p>
        </w:tc>
      </w:tr>
      <w:tr w:rsidR="00E91C16" w:rsidRPr="00830CDB" w14:paraId="04EC0F0E" w14:textId="77777777" w:rsidTr="00C1532E">
        <w:tc>
          <w:tcPr>
            <w:tcW w:w="2211" w:type="dxa"/>
          </w:tcPr>
          <w:p w14:paraId="3968AFD8" w14:textId="5FFA8356" w:rsidR="00E91C16" w:rsidRPr="00830CDB" w:rsidRDefault="00595C0A">
            <w:r w:rsidRPr="00830CDB">
              <w:t>7. Future CPD</w:t>
            </w:r>
            <w:r w:rsidR="00C1532E" w:rsidRPr="00830CDB">
              <w:t>/ Contingency</w:t>
            </w:r>
          </w:p>
        </w:tc>
        <w:tc>
          <w:tcPr>
            <w:tcW w:w="2211" w:type="dxa"/>
          </w:tcPr>
          <w:p w14:paraId="002ED25B" w14:textId="77777777" w:rsidR="00E91C16" w:rsidRPr="00830CDB" w:rsidRDefault="00595C0A">
            <w:r w:rsidRPr="00830CDB">
              <w:t>- Additional staff training</w:t>
            </w:r>
            <w:r w:rsidRPr="00830CDB">
              <w:br/>
              <w:t>- Support emerging needs</w:t>
            </w:r>
            <w:r w:rsidRPr="00830CDB">
              <w:br/>
              <w:t>- Cover new opportunities</w:t>
            </w:r>
          </w:p>
        </w:tc>
        <w:tc>
          <w:tcPr>
            <w:tcW w:w="2211" w:type="dxa"/>
          </w:tcPr>
          <w:p w14:paraId="1F489B37" w14:textId="27BC916B" w:rsidR="00E91C16" w:rsidRPr="00830CDB" w:rsidRDefault="00595C0A">
            <w:r w:rsidRPr="00830CDB">
              <w:t>- Reserved fund: £</w:t>
            </w:r>
            <w:r w:rsidR="00C07C75" w:rsidRPr="00830CDB">
              <w:t>2,000</w:t>
            </w:r>
          </w:p>
        </w:tc>
        <w:tc>
          <w:tcPr>
            <w:tcW w:w="2211" w:type="dxa"/>
          </w:tcPr>
          <w:p w14:paraId="3F7762A0" w14:textId="77777777" w:rsidR="00E91C16" w:rsidRPr="00830CDB" w:rsidRDefault="00595C0A">
            <w:r w:rsidRPr="00830CDB">
              <w:t>- Sustainable development</w:t>
            </w:r>
            <w:r w:rsidRPr="00830CDB">
              <w:br/>
              <w:t>- Flexibility</w:t>
            </w:r>
            <w:r w:rsidRPr="00830CDB">
              <w:br/>
              <w:t>- CPD support</w:t>
            </w:r>
          </w:p>
        </w:tc>
        <w:tc>
          <w:tcPr>
            <w:tcW w:w="2211" w:type="dxa"/>
          </w:tcPr>
          <w:p w14:paraId="620F6D96" w14:textId="5519A423" w:rsidR="00E91C16" w:rsidRPr="00830CDB" w:rsidRDefault="00595C0A">
            <w:r w:rsidRPr="00830CDB">
              <w:t>£</w:t>
            </w:r>
            <w:r w:rsidR="00C07C75" w:rsidRPr="00830CDB">
              <w:t>2</w:t>
            </w:r>
            <w:r w:rsidRPr="00830CDB">
              <w:t>,</w:t>
            </w:r>
            <w:r w:rsidR="00C07C75" w:rsidRPr="00830CDB">
              <w:t>000</w:t>
            </w:r>
          </w:p>
        </w:tc>
      </w:tr>
    </w:tbl>
    <w:p w14:paraId="6F0A2D5A" w14:textId="4E8750D6" w:rsidR="00E91C16" w:rsidRPr="00830CDB" w:rsidRDefault="00595C0A">
      <w:r w:rsidRPr="00830CDB">
        <w:br w:type="page"/>
      </w:r>
    </w:p>
    <w:p w14:paraId="747AC868" w14:textId="77777777" w:rsidR="00E91C16" w:rsidRPr="00830CDB" w:rsidRDefault="00595C0A">
      <w:pPr>
        <w:pStyle w:val="Heading1"/>
      </w:pPr>
      <w:r w:rsidRPr="00830CDB">
        <w:lastRenderedPageBreak/>
        <w:t>Detailed Implementation Plan</w:t>
      </w:r>
    </w:p>
    <w:p w14:paraId="25674195" w14:textId="77777777" w:rsidR="00E91C16" w:rsidRPr="00830CDB" w:rsidRDefault="00595C0A">
      <w:pPr>
        <w:pStyle w:val="Heading2"/>
      </w:pPr>
      <w:r w:rsidRPr="00830CDB">
        <w:t>1. Lunchtime &amp; Breaktime Physical Activity</w:t>
      </w:r>
    </w:p>
    <w:p w14:paraId="054BB817" w14:textId="517DDE22" w:rsidR="00E91C16" w:rsidRPr="00830CDB" w:rsidRDefault="00595C0A">
      <w:r w:rsidRPr="00830CDB">
        <w:t>Make playtimes active, structured, and inclusive.</w:t>
      </w:r>
      <w:r w:rsidRPr="00830CDB">
        <w:br/>
        <w:t>How to achieve it:</w:t>
      </w:r>
      <w:r w:rsidRPr="00830CDB">
        <w:br/>
        <w:t>- Purchase age-appropriate, durable sports equipment (balls, skipping ropes, etc.).</w:t>
      </w:r>
      <w:r w:rsidRPr="00830CDB">
        <w:br/>
        <w:t>- Establish designated zones on the playground.</w:t>
      </w:r>
      <w:r w:rsidR="00955196" w:rsidRPr="00830CDB">
        <w:t xml:space="preserve"> These have already been drawn out during staff meetings but need to be put into action ASAP. MH </w:t>
      </w:r>
      <w:r w:rsidR="00830CDB" w:rsidRPr="00830CDB">
        <w:t xml:space="preserve">liaise with Andy to install boat. Staff to liaise with MH to order the designated areas they were given. </w:t>
      </w:r>
      <w:r w:rsidRPr="00830CDB">
        <w:br/>
        <w:t>- Sports Leaders to lead games.</w:t>
      </w:r>
      <w:r w:rsidR="00830CDB" w:rsidRPr="00830CDB">
        <w:t xml:space="preserve"> CY to organize sports leaders. Games must be lead every day and c</w:t>
      </w:r>
      <w:r w:rsidRPr="00830CDB">
        <w:t>reate a weekly activity rota</w:t>
      </w:r>
      <w:r w:rsidR="00830CDB" w:rsidRPr="00830CDB">
        <w:t xml:space="preserve"> with the children. </w:t>
      </w:r>
    </w:p>
    <w:p w14:paraId="44E1FE5B" w14:textId="77777777" w:rsidR="00E91C16" w:rsidRPr="00830CDB" w:rsidRDefault="00595C0A">
      <w:pPr>
        <w:pStyle w:val="Heading2"/>
      </w:pPr>
      <w:r w:rsidRPr="00830CDB">
        <w:t>2. Outdoor Physical Activity</w:t>
      </w:r>
    </w:p>
    <w:p w14:paraId="2CE7C526" w14:textId="323C61BA" w:rsidR="00E91C16" w:rsidRPr="00830CDB" w:rsidRDefault="00595C0A">
      <w:r w:rsidRPr="00830CDB">
        <w:t>Maximise physical movement in outdoor spaces during and beyond PE lessons.</w:t>
      </w:r>
      <w:r w:rsidRPr="00830CDB">
        <w:br/>
        <w:t>How to achieve it:</w:t>
      </w:r>
      <w:r w:rsidRPr="00830CDB">
        <w:br/>
        <w:t>- Install a fitness trail or active markings.</w:t>
      </w:r>
      <w:r w:rsidR="00830CDB" w:rsidRPr="00830CDB">
        <w:t xml:space="preserve"> BC to liaise with MH to order fitness trail. </w:t>
      </w:r>
      <w:r w:rsidRPr="00830CDB">
        <w:br/>
        <w:t xml:space="preserve">- Provide outdoor PE </w:t>
      </w:r>
      <w:r w:rsidR="00830CDB" w:rsidRPr="00830CDB">
        <w:t xml:space="preserve">solutions. </w:t>
      </w:r>
      <w:r w:rsidRPr="00830CDB">
        <w:br/>
        <w:t xml:space="preserve">- Run </w:t>
      </w:r>
      <w:r w:rsidR="00830CDB" w:rsidRPr="00830CDB">
        <w:t>CPD</w:t>
      </w:r>
      <w:r w:rsidRPr="00830CDB">
        <w:t xml:space="preserve"> for staff on active outdoor learning.</w:t>
      </w:r>
      <w:r w:rsidR="00830CDB" w:rsidRPr="00830CDB">
        <w:t xml:space="preserve"> GD to organise this. </w:t>
      </w:r>
    </w:p>
    <w:p w14:paraId="5282FF59" w14:textId="77777777" w:rsidR="00E91C16" w:rsidRPr="00830CDB" w:rsidRDefault="00595C0A">
      <w:pPr>
        <w:pStyle w:val="Heading2"/>
      </w:pPr>
      <w:r w:rsidRPr="00830CDB">
        <w:t>3. Swimming Provision</w:t>
      </w:r>
    </w:p>
    <w:p w14:paraId="068ACA2F" w14:textId="3815AA8B" w:rsidR="00E91C16" w:rsidRPr="00830CDB" w:rsidRDefault="00595C0A">
      <w:r w:rsidRPr="00830CDB">
        <w:t>Ensure all Year 6 pupils meet national swimming requirements.</w:t>
      </w:r>
      <w:r w:rsidRPr="00830CDB">
        <w:br/>
        <w:t>How to achieve it:</w:t>
      </w:r>
      <w:r w:rsidRPr="00830CDB">
        <w:br/>
        <w:t>- Arrange top-up swimming lessons.</w:t>
      </w:r>
      <w:r w:rsidR="00830CDB">
        <w:t xml:space="preserve"> BC to arrange swimming groups. </w:t>
      </w:r>
      <w:r w:rsidRPr="00830CDB">
        <w:br/>
        <w:t>- Fund staff cover.</w:t>
      </w:r>
      <w:r w:rsidRPr="00830CDB">
        <w:br/>
        <w:t>- Provide essentials like</w:t>
      </w:r>
      <w:r w:rsidR="00830CDB">
        <w:t xml:space="preserve"> spare swimming</w:t>
      </w:r>
      <w:r w:rsidRPr="00830CDB">
        <w:t xml:space="preserve"> kits</w:t>
      </w:r>
      <w:r w:rsidR="00830CDB">
        <w:t>, hats</w:t>
      </w:r>
      <w:r w:rsidRPr="00830CDB">
        <w:t xml:space="preserve"> or goggles</w:t>
      </w:r>
      <w:r w:rsidR="00830CDB">
        <w:t xml:space="preserve"> for those who need it</w:t>
      </w:r>
      <w:r w:rsidRPr="00830CDB">
        <w:t>.</w:t>
      </w:r>
    </w:p>
    <w:p w14:paraId="157B202E" w14:textId="77777777" w:rsidR="00E91C16" w:rsidRPr="00830CDB" w:rsidRDefault="00595C0A">
      <w:pPr>
        <w:pStyle w:val="Heading2"/>
      </w:pPr>
      <w:r w:rsidRPr="00830CDB">
        <w:t>4. Monitoring &amp; Evaluation</w:t>
      </w:r>
    </w:p>
    <w:p w14:paraId="2F8E338B" w14:textId="5FB82FFB" w:rsidR="00E91C16" w:rsidRPr="00830CDB" w:rsidRDefault="00595C0A">
      <w:r w:rsidRPr="00830CDB">
        <w:t>Improve PE provision and impact through robust monitoring.</w:t>
      </w:r>
      <w:r w:rsidRPr="00830CDB">
        <w:br/>
        <w:t>How to achieve it:</w:t>
      </w:r>
      <w:r w:rsidRPr="00830CDB">
        <w:br/>
        <w:t>- Allocate release time for observations</w:t>
      </w:r>
      <w:r w:rsidR="00E666DA">
        <w:t>, pupil feedback and staff feedback</w:t>
      </w:r>
      <w:r w:rsidRPr="00830CDB">
        <w:t>.</w:t>
      </w:r>
      <w:r w:rsidRPr="00830CDB">
        <w:br/>
        <w:t>- Adjust provision based on feedback.</w:t>
      </w:r>
    </w:p>
    <w:p w14:paraId="7D5C2320" w14:textId="77777777" w:rsidR="00E91C16" w:rsidRPr="00830CDB" w:rsidRDefault="00595C0A">
      <w:pPr>
        <w:pStyle w:val="Heading2"/>
      </w:pPr>
      <w:r w:rsidRPr="00830CDB">
        <w:t>5. Supporting Less Active Pupils</w:t>
      </w:r>
    </w:p>
    <w:p w14:paraId="52BC7557" w14:textId="75C69E6A" w:rsidR="00E91C16" w:rsidRPr="00830CDB" w:rsidRDefault="00595C0A">
      <w:r w:rsidRPr="00830CDB">
        <w:t>Increase physical activity for the least active 20%.</w:t>
      </w:r>
      <w:r w:rsidRPr="00830CDB">
        <w:br/>
        <w:t>How to achieve it:</w:t>
      </w:r>
      <w:r w:rsidRPr="00830CDB">
        <w:br/>
        <w:t>- Run targeted clubs</w:t>
      </w:r>
      <w:r w:rsidR="00E666DA">
        <w:t xml:space="preserve"> and lunch time games. </w:t>
      </w:r>
      <w:r w:rsidRPr="00830CDB">
        <w:br/>
        <w:t>- Partner with inclusive coaches.</w:t>
      </w:r>
      <w:r w:rsidRPr="00830CDB">
        <w:br/>
        <w:t>- Track participation and provide support.</w:t>
      </w:r>
      <w:r w:rsidR="00E666DA">
        <w:t xml:space="preserve"> Staff meeting to make a list of less active children. </w:t>
      </w:r>
    </w:p>
    <w:p w14:paraId="22EE680B" w14:textId="77777777" w:rsidR="00E91C16" w:rsidRPr="00830CDB" w:rsidRDefault="00595C0A">
      <w:pPr>
        <w:pStyle w:val="Heading2"/>
      </w:pPr>
      <w:r w:rsidRPr="00830CDB">
        <w:t>6. Sports Competitions &amp; Events</w:t>
      </w:r>
    </w:p>
    <w:p w14:paraId="2F1A34E1" w14:textId="195BE756" w:rsidR="00E91C16" w:rsidRDefault="00595C0A">
      <w:r w:rsidRPr="00830CDB">
        <w:t>Broaden access to competitive sport.</w:t>
      </w:r>
      <w:r w:rsidRPr="00830CDB">
        <w:br/>
        <w:t>How to achieve it:</w:t>
      </w:r>
      <w:r w:rsidRPr="00830CDB">
        <w:br/>
        <w:t>- Enter local events.</w:t>
      </w:r>
      <w:r w:rsidR="00C07C75" w:rsidRPr="00830CDB">
        <w:t xml:space="preserve"> Signed up to Stride Active competitions (£450) </w:t>
      </w:r>
      <w:r w:rsidRPr="00830CDB">
        <w:br/>
        <w:t>- Cover transport and staff.</w:t>
      </w:r>
      <w:r w:rsidR="00E666DA">
        <w:t xml:space="preserve"> </w:t>
      </w:r>
    </w:p>
    <w:p w14:paraId="23128681" w14:textId="77777777" w:rsidR="0015272A" w:rsidRDefault="0015272A"/>
    <w:p w14:paraId="6A48B80A" w14:textId="77777777" w:rsidR="0015272A" w:rsidRDefault="0015272A"/>
    <w:p w14:paraId="6AF879EE" w14:textId="77777777" w:rsidR="0015272A" w:rsidRDefault="0015272A" w:rsidP="0015272A">
      <w:pPr>
        <w:ind w:left="720"/>
      </w:pPr>
    </w:p>
    <w:p w14:paraId="07AB4037" w14:textId="43B3FCDD" w:rsidR="0015272A" w:rsidRPr="00F1145F" w:rsidRDefault="0015272A" w:rsidP="0015272A">
      <w:pPr>
        <w:ind w:left="720"/>
        <w:rPr>
          <w:b/>
          <w:bCs/>
        </w:rPr>
      </w:pPr>
      <w:r w:rsidRPr="00F1145F">
        <w:rPr>
          <w:b/>
          <w:bCs/>
        </w:rPr>
        <w:t>Where staffing costs are incurred, these relate solely to:</w:t>
      </w:r>
    </w:p>
    <w:p w14:paraId="4FCB32CE" w14:textId="1F657ADF" w:rsidR="0015272A" w:rsidRDefault="0015272A" w:rsidP="0015272A">
      <w:pPr>
        <w:ind w:left="1440"/>
      </w:pPr>
      <w:r>
        <w:t>-additional leadership, monitoring or evaluation time</w:t>
      </w:r>
    </w:p>
    <w:p w14:paraId="4168E4D9" w14:textId="13278F70" w:rsidR="0015272A" w:rsidRDefault="0015272A" w:rsidP="0015272A">
      <w:pPr>
        <w:ind w:left="1440"/>
      </w:pPr>
      <w:r>
        <w:t>-training and professional development</w:t>
      </w:r>
    </w:p>
    <w:p w14:paraId="1E953E8A" w14:textId="6C76C6C2" w:rsidR="0015272A" w:rsidRDefault="0015272A" w:rsidP="00F1145F">
      <w:pPr>
        <w:ind w:left="1440"/>
      </w:pPr>
      <w:r>
        <w:t>-enabling access to additional provision</w:t>
      </w:r>
    </w:p>
    <w:p w14:paraId="5E871E60" w14:textId="30E23175" w:rsidR="0015272A" w:rsidRPr="00F1145F" w:rsidRDefault="0015272A" w:rsidP="0015272A">
      <w:pPr>
        <w:ind w:left="720"/>
        <w:rPr>
          <w:b/>
          <w:bCs/>
        </w:rPr>
      </w:pPr>
      <w:r w:rsidRPr="00F1145F">
        <w:rPr>
          <w:b/>
          <w:bCs/>
        </w:rPr>
        <w:t>No Sports Premium funding is used for:</w:t>
      </w:r>
    </w:p>
    <w:p w14:paraId="00A5433D" w14:textId="3E665F80" w:rsidR="0015272A" w:rsidRDefault="0015272A" w:rsidP="0015272A">
      <w:pPr>
        <w:ind w:left="1440"/>
      </w:pPr>
      <w:r>
        <w:t>-PPA cover</w:t>
      </w:r>
    </w:p>
    <w:p w14:paraId="5F112006" w14:textId="786A9274" w:rsidR="0015272A" w:rsidRDefault="0015272A" w:rsidP="0015272A">
      <w:pPr>
        <w:ind w:left="1440"/>
      </w:pPr>
      <w:r>
        <w:t>-delivery of statutory PE curriculum</w:t>
      </w:r>
    </w:p>
    <w:p w14:paraId="3B931EAE" w14:textId="2B816DFE" w:rsidR="0015272A" w:rsidRDefault="0015272A" w:rsidP="0015272A">
      <w:pPr>
        <w:ind w:left="1440"/>
      </w:pPr>
      <w:r>
        <w:t>-substitution for core staffing</w:t>
      </w:r>
    </w:p>
    <w:p w14:paraId="6704CE2C" w14:textId="77777777" w:rsidR="0015272A" w:rsidRDefault="0015272A" w:rsidP="0015272A"/>
    <w:p w14:paraId="0828A75D" w14:textId="68B96C32" w:rsidR="00F1145F" w:rsidRPr="00F1145F" w:rsidRDefault="00F1145F">
      <w:pPr>
        <w:rPr>
          <w:sz w:val="36"/>
          <w:szCs w:val="36"/>
        </w:rPr>
      </w:pPr>
      <w:r w:rsidRPr="00F1145F">
        <w:rPr>
          <w:sz w:val="36"/>
          <w:szCs w:val="36"/>
        </w:rPr>
        <w:t xml:space="preserve">March Commitments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"/>
        <w:gridCol w:w="2204"/>
        <w:gridCol w:w="3107"/>
        <w:gridCol w:w="1826"/>
        <w:gridCol w:w="1066"/>
        <w:gridCol w:w="1537"/>
      </w:tblGrid>
      <w:tr w:rsidR="00F1145F" w:rsidRPr="00F1145F" w14:paraId="7509E5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B1CD730" w14:textId="77777777" w:rsidR="00F1145F" w:rsidRPr="00F1145F" w:rsidRDefault="00F1145F" w:rsidP="00F1145F">
            <w:pPr>
              <w:rPr>
                <w:b/>
                <w:bCs/>
              </w:rPr>
            </w:pPr>
            <w:r w:rsidRPr="00F1145F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C78145F" w14:textId="77777777" w:rsidR="00F1145F" w:rsidRPr="00F1145F" w:rsidRDefault="00F1145F" w:rsidP="00F1145F">
            <w:pPr>
              <w:rPr>
                <w:b/>
                <w:bCs/>
              </w:rPr>
            </w:pPr>
            <w:r w:rsidRPr="00F1145F">
              <w:rPr>
                <w:b/>
                <w:bCs/>
              </w:rPr>
              <w:t>Focus Area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5B2425F" w14:textId="77777777" w:rsidR="00F1145F" w:rsidRPr="00F1145F" w:rsidRDefault="00F1145F" w:rsidP="00F1145F">
            <w:pPr>
              <w:rPr>
                <w:b/>
                <w:bCs/>
              </w:rPr>
            </w:pPr>
            <w:r w:rsidRPr="00F1145F">
              <w:rPr>
                <w:b/>
                <w:bCs/>
              </w:rPr>
              <w:t>Description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2A929C0" w14:textId="77777777" w:rsidR="00F1145F" w:rsidRPr="00F1145F" w:rsidRDefault="00F1145F" w:rsidP="00F1145F">
            <w:pPr>
              <w:rPr>
                <w:b/>
                <w:bCs/>
              </w:rPr>
            </w:pPr>
            <w:r w:rsidRPr="00F1145F">
              <w:rPr>
                <w:b/>
                <w:bCs/>
              </w:rPr>
              <w:t>Supplier/Route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EB392AD" w14:textId="77777777" w:rsidR="00F1145F" w:rsidRPr="00F1145F" w:rsidRDefault="00F1145F" w:rsidP="00F1145F">
            <w:pPr>
              <w:rPr>
                <w:b/>
                <w:bCs/>
              </w:rPr>
            </w:pPr>
            <w:r w:rsidRPr="00F1145F">
              <w:rPr>
                <w:b/>
                <w:bCs/>
              </w:rPr>
              <w:t>Amount (£)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A0ECE38" w14:textId="77777777" w:rsidR="00F1145F" w:rsidRPr="00F1145F" w:rsidRDefault="00F1145F" w:rsidP="00F1145F">
            <w:pPr>
              <w:rPr>
                <w:b/>
                <w:bCs/>
              </w:rPr>
            </w:pPr>
            <w:r w:rsidRPr="00F1145F">
              <w:rPr>
                <w:b/>
                <w:bCs/>
              </w:rPr>
              <w:t>Finance Code</w:t>
            </w:r>
          </w:p>
        </w:tc>
      </w:tr>
      <w:tr w:rsidR="00F1145F" w:rsidRPr="00F1145F" w14:paraId="013F84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C4B0AC" w14:textId="77777777" w:rsidR="00F1145F" w:rsidRPr="00F1145F" w:rsidRDefault="00F1145F" w:rsidP="00F1145F">
            <w:r w:rsidRPr="00F1145F">
              <w:t>Mar</w:t>
            </w:r>
            <w:r w:rsidRPr="00F1145F">
              <w:noBreakHyphen/>
              <w:t>2026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BA7858" w14:textId="77777777" w:rsidR="00F1145F" w:rsidRPr="00F1145F" w:rsidRDefault="00F1145F" w:rsidP="00F1145F">
            <w:r w:rsidRPr="00F1145F">
              <w:t>Lunchtime &amp; Breaktime Physical Activity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A7BB35" w14:textId="77777777" w:rsidR="00F1145F" w:rsidRPr="00F1145F" w:rsidRDefault="00F1145F" w:rsidP="00F1145F">
            <w:r w:rsidRPr="00F1145F">
              <w:t>Fundamental movement equipment (inclusive kit packs)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C5C82E" w14:textId="77777777" w:rsidR="00F1145F" w:rsidRPr="00F1145F" w:rsidRDefault="00F1145F" w:rsidP="00F1145F">
            <w:r w:rsidRPr="00F1145F">
              <w:t>Supplier TBC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9D6413" w14:textId="77777777" w:rsidR="00F1145F" w:rsidRPr="00F1145F" w:rsidRDefault="00F1145F" w:rsidP="00F1145F">
            <w:r w:rsidRPr="00F1145F">
              <w:rPr>
                <w:b/>
                <w:bCs/>
              </w:rPr>
              <w:t>1,500.00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152529" w14:textId="2C78A158" w:rsidR="00F1145F" w:rsidRPr="00F1145F" w:rsidRDefault="00F1145F" w:rsidP="00F1145F">
            <w:r w:rsidRPr="00F1145F">
              <w:t xml:space="preserve">SP → Learning Resources </w:t>
            </w:r>
          </w:p>
        </w:tc>
      </w:tr>
      <w:tr w:rsidR="00F1145F" w:rsidRPr="00F1145F" w14:paraId="503CBF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C1ED9B" w14:textId="77777777" w:rsidR="00F1145F" w:rsidRPr="00F1145F" w:rsidRDefault="00F1145F" w:rsidP="00F1145F">
            <w:r w:rsidRPr="00F1145F">
              <w:t>Mar</w:t>
            </w:r>
            <w:r w:rsidRPr="00F1145F">
              <w:noBreakHyphen/>
              <w:t>2026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C54966" w14:textId="77777777" w:rsidR="00F1145F" w:rsidRPr="00F1145F" w:rsidRDefault="00F1145F" w:rsidP="00F1145F">
            <w:r w:rsidRPr="00F1145F">
              <w:t>Future CPD / Contingency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99D9742" w14:textId="77777777" w:rsidR="00F1145F" w:rsidRPr="00F1145F" w:rsidRDefault="00F1145F" w:rsidP="00F1145F">
            <w:r w:rsidRPr="00F1145F">
              <w:t>Staff CPD – Outdoor PE / Swimming methods (twilight + mentoring)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DC0AA93" w14:textId="77777777" w:rsidR="00F1145F" w:rsidRPr="00F1145F" w:rsidRDefault="00F1145F" w:rsidP="00F1145F">
            <w:r w:rsidRPr="00F1145F">
              <w:t>CPD Provider TBC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5C9CF3" w14:textId="77777777" w:rsidR="00F1145F" w:rsidRPr="00F1145F" w:rsidRDefault="00F1145F" w:rsidP="00F1145F">
            <w:r w:rsidRPr="00F1145F">
              <w:rPr>
                <w:b/>
                <w:bCs/>
              </w:rPr>
              <w:t>1,000.00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FDDE0F" w14:textId="2AD26504" w:rsidR="00F1145F" w:rsidRPr="00F1145F" w:rsidRDefault="00F1145F" w:rsidP="00F1145F">
            <w:r w:rsidRPr="00F1145F">
              <w:t xml:space="preserve">SP → Learning Resources </w:t>
            </w:r>
          </w:p>
        </w:tc>
      </w:tr>
      <w:tr w:rsidR="00F1145F" w:rsidRPr="00F1145F" w14:paraId="75EA62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948AC7" w14:textId="77777777" w:rsidR="00F1145F" w:rsidRPr="00F1145F" w:rsidRDefault="00F1145F" w:rsidP="00F1145F">
            <w:r w:rsidRPr="00F1145F">
              <w:t>Mar</w:t>
            </w:r>
            <w:r w:rsidRPr="00F1145F">
              <w:noBreakHyphen/>
              <w:t>2026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9CDB51" w14:textId="77777777" w:rsidR="00F1145F" w:rsidRPr="00F1145F" w:rsidRDefault="00F1145F" w:rsidP="00F1145F">
            <w:r w:rsidRPr="00F1145F">
              <w:t>Supporting Less Active Pupils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96A944" w14:textId="77777777" w:rsidR="00F1145F" w:rsidRPr="00F1145F" w:rsidRDefault="00F1145F" w:rsidP="00F1145F">
            <w:r w:rsidRPr="00F1145F">
              <w:t>External coach team</w:t>
            </w:r>
            <w:r w:rsidRPr="00F1145F">
              <w:noBreakHyphen/>
              <w:t>teaching block (6 weeks) – inclusive focus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E84C7A" w14:textId="77777777" w:rsidR="00F1145F" w:rsidRPr="00F1145F" w:rsidRDefault="00F1145F" w:rsidP="00F1145F">
            <w:r w:rsidRPr="00F1145F">
              <w:t>Coaching Partner TBC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CAB5B1" w14:textId="77777777" w:rsidR="00F1145F" w:rsidRPr="00F1145F" w:rsidRDefault="00F1145F" w:rsidP="00F1145F">
            <w:r w:rsidRPr="00F1145F">
              <w:rPr>
                <w:b/>
                <w:bCs/>
              </w:rPr>
              <w:t>1,200.00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A92B2D" w14:textId="647A1F32" w:rsidR="00F1145F" w:rsidRPr="00F1145F" w:rsidRDefault="00F1145F" w:rsidP="00F1145F">
            <w:r w:rsidRPr="00F1145F">
              <w:t xml:space="preserve">SP → Learning Resources </w:t>
            </w:r>
          </w:p>
        </w:tc>
      </w:tr>
      <w:tr w:rsidR="00F1145F" w:rsidRPr="00F1145F" w14:paraId="1287E8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CE937D" w14:textId="77777777" w:rsidR="00F1145F" w:rsidRPr="00F1145F" w:rsidRDefault="00F1145F" w:rsidP="00F1145F">
            <w:r w:rsidRPr="00F1145F">
              <w:t>Mar</w:t>
            </w:r>
            <w:r w:rsidRPr="00F1145F">
              <w:noBreakHyphen/>
              <w:t>2026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FCFC8C" w14:textId="77777777" w:rsidR="00F1145F" w:rsidRPr="00F1145F" w:rsidRDefault="00F1145F" w:rsidP="00F1145F">
            <w:r w:rsidRPr="00F1145F">
              <w:t>Sports Competitions &amp; Events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717467" w14:textId="77777777" w:rsidR="00F1145F" w:rsidRPr="00F1145F" w:rsidRDefault="00F1145F" w:rsidP="00F1145F">
            <w:r w:rsidRPr="00F1145F">
              <w:t>Competition entries / small equipment (Stride Active etc.)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8B82D5" w14:textId="77777777" w:rsidR="00F1145F" w:rsidRPr="00F1145F" w:rsidRDefault="00F1145F" w:rsidP="00F1145F">
            <w:r w:rsidRPr="00F1145F">
              <w:t>Stride Active / Local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272966" w14:textId="77777777" w:rsidR="00F1145F" w:rsidRPr="00F1145F" w:rsidRDefault="00F1145F" w:rsidP="00F1145F">
            <w:r w:rsidRPr="00F1145F">
              <w:rPr>
                <w:b/>
                <w:bCs/>
              </w:rPr>
              <w:t>461.00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6C305B" w14:textId="3C0BABB6" w:rsidR="00F1145F" w:rsidRPr="00F1145F" w:rsidRDefault="00F1145F" w:rsidP="00F1145F">
            <w:r w:rsidRPr="00F1145F">
              <w:t xml:space="preserve">SP → Learning Resources </w:t>
            </w:r>
          </w:p>
        </w:tc>
      </w:tr>
    </w:tbl>
    <w:p w14:paraId="6C9F2CD6" w14:textId="77777777" w:rsidR="00F1145F" w:rsidRPr="00D10224" w:rsidRDefault="00F1145F"/>
    <w:sectPr w:rsidR="00F1145F" w:rsidRPr="00D10224" w:rsidSect="00C1532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978855">
    <w:abstractNumId w:val="8"/>
  </w:num>
  <w:num w:numId="2" w16cid:durableId="889536132">
    <w:abstractNumId w:val="6"/>
  </w:num>
  <w:num w:numId="3" w16cid:durableId="1402680900">
    <w:abstractNumId w:val="5"/>
  </w:num>
  <w:num w:numId="4" w16cid:durableId="1677994229">
    <w:abstractNumId w:val="4"/>
  </w:num>
  <w:num w:numId="5" w16cid:durableId="739671374">
    <w:abstractNumId w:val="7"/>
  </w:num>
  <w:num w:numId="6" w16cid:durableId="1739984185">
    <w:abstractNumId w:val="3"/>
  </w:num>
  <w:num w:numId="7" w16cid:durableId="1145005924">
    <w:abstractNumId w:val="2"/>
  </w:num>
  <w:num w:numId="8" w16cid:durableId="2054035399">
    <w:abstractNumId w:val="1"/>
  </w:num>
  <w:num w:numId="9" w16cid:durableId="289555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272A"/>
    <w:rsid w:val="0029639D"/>
    <w:rsid w:val="00326F90"/>
    <w:rsid w:val="004A4FFF"/>
    <w:rsid w:val="00533AEF"/>
    <w:rsid w:val="00591414"/>
    <w:rsid w:val="00595C0A"/>
    <w:rsid w:val="00704897"/>
    <w:rsid w:val="00830CDB"/>
    <w:rsid w:val="00955196"/>
    <w:rsid w:val="00A87CA2"/>
    <w:rsid w:val="00AA1D8D"/>
    <w:rsid w:val="00B47730"/>
    <w:rsid w:val="00C07C75"/>
    <w:rsid w:val="00C1532E"/>
    <w:rsid w:val="00CB0664"/>
    <w:rsid w:val="00D10224"/>
    <w:rsid w:val="00D82ADB"/>
    <w:rsid w:val="00E666DA"/>
    <w:rsid w:val="00E91C16"/>
    <w:rsid w:val="00F1145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6E0511"/>
  <w14:defaultImageDpi w14:val="300"/>
  <w15:docId w15:val="{07340642-3F10-4FD7-B019-FA3103FD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36288E994E1B41AEB8F2362DE4465B" ma:contentTypeVersion="8" ma:contentTypeDescription="Create a new document." ma:contentTypeScope="" ma:versionID="15c70d7f8eb2b3a5e633410f4aff9981">
  <xsd:schema xmlns:xsd="http://www.w3.org/2001/XMLSchema" xmlns:xs="http://www.w3.org/2001/XMLSchema" xmlns:p="http://schemas.microsoft.com/office/2006/metadata/properties" xmlns:ns2="09655667-0afc-43ec-b71d-8094e1dc31d8" xmlns:ns3="33f36a39-e0ad-4eef-a0f4-c99faf074fb0" targetNamespace="http://schemas.microsoft.com/office/2006/metadata/properties" ma:root="true" ma:fieldsID="edf7956f5de44b01f66cf945d43846a3" ns2:_="" ns3:_="">
    <xsd:import namespace="09655667-0afc-43ec-b71d-8094e1dc31d8"/>
    <xsd:import namespace="33f36a39-e0ad-4eef-a0f4-c99faf074f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655667-0afc-43ec-b71d-8094e1dc3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36a39-e0ad-4eef-a0f4-c99faf074fb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F121A89-EECE-4CFD-BCDC-E04C0CB95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655667-0afc-43ec-b71d-8094e1dc31d8"/>
    <ds:schemaRef ds:uri="33f36a39-e0ad-4eef-a0f4-c99faf074f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8B222A-331E-4C28-8821-B306386B4B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B38D0E-398F-455A-9D59-538FC15BEE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Cook</dc:creator>
  <cp:keywords/>
  <dc:description>generated by python-docx</dc:description>
  <cp:lastModifiedBy>Rebecca Cook</cp:lastModifiedBy>
  <cp:revision>3</cp:revision>
  <dcterms:created xsi:type="dcterms:W3CDTF">2026-01-08T09:24:00Z</dcterms:created>
  <dcterms:modified xsi:type="dcterms:W3CDTF">2026-01-08T09:24:00Z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0x0101007D36288E994E1B41AEB8F2362DE4465B</vt:lpwstr>
  </property>
</Properties>
</file>